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מהפסקה לפרויקט: נוער שמשנה את השכונה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כתבה · כיתה ט׳ · חברה ומעורבות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נוסח לעולים: טקסט בעברית פשוטה, מילון בטבלה (עם עמודה למילה בשפת הבית), שאלות קצרות, שאלות בחירה ושאלת עמדה עם פתיחי משפטים.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א׳ – שאלות קצרות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1. מה הקימו רותם ועדן? · </w:t>
      </w:r>
      <w:r>
        <w:rPr>
          <w:rFonts w:ascii="Arial" w:hAnsi="Arial" w:cs="Arial"/>
          <w:b w:val="0"/>
          <w:sz w:val="17"/>
          <w:rtl w:val="1"/>
          <w:szCs w:val="17"/>
        </w:rPr>
        <w:t>ספרייה בתחנת האוטובוס.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2. מה זה מיזם חברתי? · </w:t>
      </w:r>
      <w:r>
        <w:rPr>
          <w:rFonts w:ascii="Arial" w:hAnsi="Arial" w:cs="Arial"/>
          <w:b w:val="0"/>
          <w:sz w:val="17"/>
          <w:rtl w:val="1"/>
          <w:szCs w:val="17"/>
        </w:rPr>
        <w:t>פרויקט שעוזר לקהילה בלי להרוויח.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3. במה עוזרים ״המורים של יום שלישי״? · </w:t>
      </w:r>
      <w:r>
        <w:rPr>
          <w:rFonts w:ascii="Arial" w:hAnsi="Arial" w:cs="Arial"/>
          <w:b w:val="0"/>
          <w:sz w:val="17"/>
          <w:rtl w:val="1"/>
          <w:szCs w:val="17"/>
        </w:rPr>
        <w:t>בשיעורי בית ובקריאה.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4. מה הכי קשה? · </w:t>
      </w:r>
      <w:r>
        <w:rPr>
          <w:rFonts w:ascii="Arial" w:hAnsi="Arial" w:cs="Arial"/>
          <w:b w:val="0"/>
          <w:sz w:val="17"/>
          <w:rtl w:val="1"/>
          <w:szCs w:val="17"/>
        </w:rPr>
        <w:t>להתמיד.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5. מי עוזר למיזם? · </w:t>
      </w:r>
      <w:r>
        <w:rPr>
          <w:rFonts w:ascii="Arial" w:hAnsi="Arial" w:cs="Arial"/>
          <w:b w:val="0"/>
          <w:sz w:val="17"/>
          <w:rtl w:val="1"/>
          <w:szCs w:val="17"/>
        </w:rPr>
        <w:t>מבוגר מלווה.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ב׳ – שאלות בחירה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6. איפה הוקמה ״ספריית המתנה״? · </w:t>
      </w:r>
      <w:r>
        <w:rPr>
          <w:rFonts w:ascii="Arial" w:hAnsi="Arial" w:cs="Arial"/>
          <w:b w:val="0"/>
          <w:sz w:val="17"/>
          <w:rtl w:val="1"/>
          <w:szCs w:val="17"/>
        </w:rPr>
        <w:t>ב. בתחנת האוטובוס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7. מהו מיזם חברתי לפי גיא? · </w:t>
      </w:r>
      <w:r>
        <w:rPr>
          <w:rFonts w:ascii="Arial" w:hAnsi="Arial" w:cs="Arial"/>
          <w:b w:val="0"/>
          <w:sz w:val="17"/>
          <w:rtl w:val="1"/>
          <w:szCs w:val="17"/>
        </w:rPr>
        <w:t>ב. פרויקט שמטרתו לפתור בעיה בקהילה ולא להרוויח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8. מה החלק הקשה ביותר לפי המייסדים? · </w:t>
      </w:r>
      <w:r>
        <w:rPr>
          <w:rFonts w:ascii="Arial" w:hAnsi="Arial" w:cs="Arial"/>
          <w:b w:val="0"/>
          <w:sz w:val="17"/>
          <w:rtl w:val="1"/>
          <w:szCs w:val="17"/>
        </w:rPr>
        <w:t>ב. ההתמדה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9. מה תפקיד המבוגר המלווה לפי גיא? · </w:t>
      </w:r>
      <w:r>
        <w:rPr>
          <w:rFonts w:ascii="Arial" w:hAnsi="Arial" w:cs="Arial"/>
          <w:b w:val="0"/>
          <w:sz w:val="17"/>
          <w:rtl w:val="1"/>
          <w:szCs w:val="17"/>
        </w:rPr>
        <w:t>ב. לעזור באישורים, בטיחות וקשר לרשויות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ג׳ – העמדה שלי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10. יש הטוענים שבני נוער צריכים להשקיע את זמנם בעיקר בלימודים, ויש הטוענים שמעורבות בקהילה חשובה לא פחות. באיזו עמדה אתם תומכים? נמקו, והסתמכו על פרט אחד לפחות מן הכתבה או מניסיונכם. · </w:t>
      </w:r>
      <w:r>
        <w:rPr>
          <w:rFonts w:ascii="Arial" w:hAnsi="Arial" w:cs="Arial"/>
          <w:b w:val="0"/>
          <w:sz w:val="17"/>
          <w:rtl w:val="1"/>
          <w:szCs w:val="17"/>
        </w:rPr>
        <w:t>תשובה פתוחה: עמדה + נימוק + ראיה (מה למדו המתנדבים, הילדה שהתקדמה בקריאה, ״חלק מהקהילה כבר עכשיו״, מבחנים וגשם).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הערכה · </w:t>
      </w:r>
      <w:r>
        <w:rPr>
          <w:rFonts w:ascii="Arial" w:hAnsi="Arial" w:cs="Arial"/>
          <w:b w:val="0"/>
          <w:sz w:val="17"/>
          <w:rtl w:val="1"/>
          <w:szCs w:val="17"/>
        </w:rPr>
        <w:t>מעריכים בעיקר את התוכן: עמדה + נימוק + דוגמה. לא מורידים על שגיאות כתיב.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עבודה – 🌱 מהפסקה לפרויקט: נוער שמשנה את השכונה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כתבה · כיתה ט׳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2B8F86"/>
          <w:sz w:val="22"/>
          <w:rtl w:val="1"/>
          <w:szCs w:val="22"/>
          <w:bCs/>
        </w:rPr>
        <w:t>📖 מילון לטקסט – מילים חשובות בעברית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המילה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זה אומר?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מילה בשפה שלי ✏️</w:t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מיזם חברתי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פרויקט שמטרתו לעזור לקהילה ולא להרוויח כסף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עמותה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ארגון שפועל למען מטרה חברתית בלי מטרת רווח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לממן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לשלם על משהו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מייסד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מי שהקים משהו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התמדה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להמשיך לעשות משהו לאורך זמן, גם כשקשה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תורנות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חלוקה של משמרות ותפקידים לפי תור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לדעוך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להיחלש לאט לאט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🌱 מהפסקה לפרויקט: נוער שמשנה את השכונה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רותם ועדן ראו שבתחנת האוטובוס כולם בטלפון. הן אספו ספרים ובנו ״ספריית המתנה״. לוקחים ספר ומחזירים ספר.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מיזם חברתי: פרויקט שעוזר לקהילה, לא כדי להרוויח כסף.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שמונה תלמידי ט׳ עוזרים לילדים קטנים בשיעורי בית ובקריאה, בחינם, פעמיים בשבוע.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הכי קשה – להמשיך לאורך זמן. הם בנו לוח תורנויות ונפגשים גם לכיף.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צריך גם מבוגר שעוזר. והמתנדבים למדו הרבה: לנהל, לדבר מול מבוגרים, ולגלות מה הם אוהבים.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א׳: שאלות קצרות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הקימו רותם ועדן?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זה מיזם חברתי?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במה עוזרים ״המורים של יום שלישי״?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הכי קשה?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מי עוזר למיזם?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ב׳: שאלות בחירה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  <w:bCs/>
        </w:rPr>
        <w:t>איפה הוקמה ״ספריית המתנה״?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בבית הספר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בתחנת האוטובוס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בקניון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בפארק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</w:t>
      </w:r>
      <w:r>
        <w:rPr>
          <w:rFonts w:ascii="Arial" w:hAnsi="Arial" w:cs="Arial"/>
          <w:b/>
          <w:sz w:val="22"/>
          <w:rtl w:val="1"/>
          <w:szCs w:val="22"/>
          <w:bCs/>
        </w:rPr>
        <w:t>מהו מיזם חברתי לפי גיא?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עסק שמרוויח הרבה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פרויקט שמטרתו לפתור בעיה בקהילה ולא להרוויח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חוג אחר הצהריים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מסיבה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החלק הקשה ביותר לפי המייסדים?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הרעיון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ההתמדה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הכסף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הפרסום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9. </w:t>
      </w:r>
      <w:r>
        <w:rPr>
          <w:rFonts w:ascii="Arial" w:hAnsi="Arial" w:cs="Arial"/>
          <w:b/>
          <w:sz w:val="22"/>
          <w:rtl w:val="1"/>
          <w:szCs w:val="22"/>
          <w:bCs/>
        </w:rPr>
        <w:t>מה תפקיד המבוגר המלווה לפי גיא?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לעשות את כל העבודה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לעזור באישורים, בטיחות וקשר לרשויות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לבקר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לממן הכול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ג׳: העמדה שלי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10. </w:t>
      </w:r>
      <w:r>
        <w:rPr>
          <w:rFonts w:ascii="Arial" w:hAnsi="Arial" w:cs="Arial"/>
          <w:b/>
          <w:sz w:val="22"/>
          <w:rtl w:val="1"/>
          <w:szCs w:val="22"/>
          <w:bCs/>
        </w:rPr>
        <w:t>יש הטוענים שבני נוער צריכים להשקיע את זמנם בעיקר בלימודים, ויש הטוענים שמעורבות בקהילה חשובה לא פחות. באיזו עמדה אתם תומכים? נמקו, והסתמכו על פרט אחד לפחות מן הכתבה או מניסיונכם.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(תזכורת לכתיבת תשובה מלאה: הצהרת עמדה ברורה + נימוק הגיוני + הוכחה או דוגמה)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אני חושב/ת ש 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הסיבה היא 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למשל, בטקסט כתוב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מילה שעדיין קשה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מהפסקה לפרויקט: נוער שמשנה את השכונה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מהפסקה לפרויקט: נוער שמשנה את השכונה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