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מהפסקה לפרויקט: נוער שמשנה את השכונה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כתבה · כיתה ט׳ · חברה ומעורבות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מה הקימו רותם ועדן? · </w:t>
      </w:r>
      <w:r>
        <w:rPr>
          <w:rFonts w:ascii="Arial" w:hAnsi="Arial" w:cs="Arial"/>
          <w:b w:val="0"/>
          <w:sz w:val="22"/>
          <w:rtl w:val="1"/>
          <w:szCs w:val="22"/>
        </w:rPr>
        <w:t>ספרייה בתחנת האוטובוס.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מה זה מיזם חברתי? · </w:t>
      </w:r>
      <w:r>
        <w:rPr>
          <w:rFonts w:ascii="Arial" w:hAnsi="Arial" w:cs="Arial"/>
          <w:b w:val="0"/>
          <w:sz w:val="22"/>
          <w:rtl w:val="1"/>
          <w:szCs w:val="22"/>
        </w:rPr>
        <w:t>פרויקט שעוזר לקהילה בלי להרוויח.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במה עוזרים ״המורים של יום שלישי״? · </w:t>
      </w:r>
      <w:r>
        <w:rPr>
          <w:rFonts w:ascii="Arial" w:hAnsi="Arial" w:cs="Arial"/>
          <w:b w:val="0"/>
          <w:sz w:val="22"/>
          <w:rtl w:val="1"/>
          <w:szCs w:val="22"/>
        </w:rPr>
        <w:t>בשיעורי בית ובקריאה.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איפה הוקמה ״ספריית המתנה״? · </w:t>
      </w:r>
      <w:r>
        <w:rPr>
          <w:rFonts w:ascii="Arial" w:hAnsi="Arial" w:cs="Arial"/>
          <w:b w:val="0"/>
          <w:sz w:val="22"/>
          <w:rtl w:val="1"/>
          <w:szCs w:val="22"/>
        </w:rPr>
        <w:t>ג. בתחנת האוטובוס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מהו מיזם חברתי לפי גיא? · </w:t>
      </w:r>
      <w:r>
        <w:rPr>
          <w:rFonts w:ascii="Arial" w:hAnsi="Arial" w:cs="Arial"/>
          <w:b w:val="0"/>
          <w:sz w:val="22"/>
          <w:rtl w:val="1"/>
          <w:szCs w:val="22"/>
        </w:rPr>
        <w:t>ג. פרויקט שמטרתו לפתור בעיה בקהילה ולא להרוויח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מה הכי קשה? · </w:t>
      </w:r>
      <w:r>
        <w:rPr>
          <w:rFonts w:ascii="Arial" w:hAnsi="Arial" w:cs="Arial"/>
          <w:b w:val="0"/>
          <w:sz w:val="22"/>
          <w:rtl w:val="1"/>
          <w:szCs w:val="22"/>
        </w:rPr>
        <w:t>להתמיד.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מי עוזר למיזם? · </w:t>
      </w:r>
      <w:r>
        <w:rPr>
          <w:rFonts w:ascii="Arial" w:hAnsi="Arial" w:cs="Arial"/>
          <w:b w:val="0"/>
          <w:sz w:val="22"/>
          <w:rtl w:val="1"/>
          <w:szCs w:val="22"/>
        </w:rPr>
        <w:t>מבוגר מלווה.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🌱 מהפסקה לפרויקט: נוער שמשנה את השכונה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כתבה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כתבה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🌱 מהפסקה לפרויקט: נוער שמשנה את השכונה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רותם ועדן ראו שבתחנת האוטובוס כולם בטלפון. הן אספו ספרים ובנו ״ספריית המתנה״. לוקחים ספר ומחזירים ספר.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מיזם חברתי: פרויקט שעוזר לקהילה, לא כדי להרוויח כסף.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שמונה תלמידי ט׳ עוזרים לילדים קטנים בשיעורי בית ובקריאה, בחינם, פעמיים בשבוע.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הכי קשה – להמשיך לאורך זמן. הם בנו לוח תורנויות ונפגשים גם לכיף.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צריך גם מבוגר שעוזר. והמתנדבים למדו הרבה: לנהל, לדבר מול מבוגרים, ולגלות מה הם אוהבים.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מיזם חברתי – פרויקט שמטרתו לעזור לקהילה ולא להרוויח כסף · עמותה – ארגון שפועל למען מטרה חברתית בלי מטרת רווח · לממן – לשלם על משהו · מייסד – מי שהקים משהו · התמדה – להמשיך לעשות משהו לאורך זמן, גם כשקשה · תורנות – חלוקה של משמרות ותפקידים לפי תור · לדעוך – להיחלש לאט לאט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ספרייה     לקהילה     קריאה     להתמיד     מבוגר     תחנה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הקימו רותם ועדן?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מה זה מיזם חברתי?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במה עוזרים ״המורים של יום שלישי״?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איפה הוקמה ״ספריית המתנה״?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בבית הספר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בקניון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בתחנת האוטובוס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מהו מיזם חברתי לפי גיא?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עסק שמרוויח הרבה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חוג אחר הצהריים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פרויקט שמטרתו לפתור בעיה בקהילה ולא להרוויח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הכי קשה?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מי עוזר למיזם?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״מהפסקה לפרויקט: נוער שמשנה את השכונה״?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מהפסקה לפרויקט: נוער שמשנה את השכונה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מהפסקה לפרויקט: נוער שמשנה את השכונה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